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0DDCF" w14:textId="77777777" w:rsidR="00C83269" w:rsidRDefault="00000000">
      <w:pPr>
        <w:keepLines/>
        <w:spacing w:after="0" w:line="240" w:lineRule="auto"/>
        <w:jc w:val="center"/>
      </w:pPr>
      <w:r>
        <w:rPr>
          <w:rFonts w:ascii="NanumSquare Bold" w:eastAsia="NanumSquare Bold" w:hAnsi="NanumSquare Bold"/>
          <w:b/>
          <w:color w:val="1F2D3D"/>
          <w:sz w:val="26"/>
        </w:rPr>
        <w:t>LA VIE D’OR HOTEL &amp; RESORT</w:t>
      </w:r>
    </w:p>
    <w:p w14:paraId="138A1828" w14:textId="77777777" w:rsidR="00C83269" w:rsidRDefault="00000000">
      <w:pPr>
        <w:keepLines/>
        <w:spacing w:after="40" w:line="240" w:lineRule="auto"/>
        <w:jc w:val="center"/>
      </w:pPr>
      <w:r>
        <w:rPr>
          <w:color w:val="B08D57"/>
          <w:sz w:val="13"/>
        </w:rPr>
        <w:t>TRADEMARK COLLECTION BY WYNDHAM</w:t>
      </w:r>
    </w:p>
    <w:p w14:paraId="33CD74B9" w14:textId="77777777" w:rsidR="00C83269" w:rsidRDefault="00000000">
      <w:pPr>
        <w:keepLines/>
        <w:spacing w:before="20" w:after="20" w:line="240" w:lineRule="auto"/>
        <w:jc w:val="center"/>
      </w:pPr>
      <w:r>
        <w:rPr>
          <w:rFonts w:ascii="NanumSquare Bold" w:eastAsia="NanumSquare Bold" w:hAnsi="NanumSquare Bold"/>
          <w:b/>
          <w:color w:val="222222"/>
          <w:sz w:val="36"/>
        </w:rPr>
        <w:t>미성년자 숙박 동의서</w:t>
      </w:r>
    </w:p>
    <w:p w14:paraId="6C03ADE7" w14:textId="77777777" w:rsidR="00C83269" w:rsidRDefault="00000000">
      <w:pPr>
        <w:keepLines/>
        <w:spacing w:after="60" w:line="240" w:lineRule="auto"/>
        <w:jc w:val="center"/>
      </w:pPr>
      <w:r>
        <w:rPr>
          <w:color w:val="6B7280"/>
          <w:sz w:val="15"/>
        </w:rPr>
        <w:t>MINOR GUEST ACCOMMODATION CONSENT FORM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83269" w14:paraId="2348AAA3" w14:textId="77777777">
        <w:trPr>
          <w:cantSplit/>
          <w:jc w:val="center"/>
        </w:trPr>
        <w:tc>
          <w:tcPr>
            <w:tcW w:w="10432" w:type="dxa"/>
            <w:tcBorders>
              <w:top w:val="single" w:sz="8" w:space="0" w:color="D8C7A7"/>
              <w:left w:val="single" w:sz="8" w:space="0" w:color="D8C7A7"/>
              <w:bottom w:val="single" w:sz="8" w:space="0" w:color="D8C7A7"/>
              <w:right w:val="single" w:sz="8" w:space="0" w:color="D8C7A7"/>
            </w:tcBorders>
            <w:shd w:val="clear" w:color="auto" w:fill="FAF7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3368CF" w14:textId="77777777" w:rsidR="00C83269" w:rsidRDefault="00000000">
            <w:pPr>
              <w:spacing w:after="0" w:line="228" w:lineRule="auto"/>
              <w:rPr>
                <w:lang w:eastAsia="ko-KR"/>
              </w:rPr>
            </w:pPr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본 동의서는 민법상 미성년자(19세 미만)가 법정대리인 없이 숙박하는 경우, 숙박 동의 여부와 안전한 객실 이용을 확인하기 위한 서류입니다. </w:t>
            </w:r>
            <w:r w:rsidRPr="004F7D9D">
              <w:rPr>
                <w:color w:val="5B6470"/>
                <w:sz w:val="16"/>
                <w:szCs w:val="24"/>
                <w:lang w:eastAsia="ko-KR"/>
              </w:rPr>
              <w:t>※ 청소년보호법상 “청소년”은 19세 미만이되, 19세가 되는 해의 1월 1일을 맞이한 사람은 제외됩니다.</w:t>
            </w:r>
          </w:p>
        </w:tc>
      </w:tr>
    </w:tbl>
    <w:p w14:paraId="35C6F619" w14:textId="77777777" w:rsidR="00C83269" w:rsidRDefault="00000000">
      <w:pPr>
        <w:keepLines/>
        <w:pBdr>
          <w:bottom w:val="single" w:sz="10" w:space="1" w:color="B08D57"/>
        </w:pBdr>
        <w:spacing w:before="60" w:after="20" w:line="240" w:lineRule="auto"/>
      </w:pPr>
      <w:r>
        <w:rPr>
          <w:rFonts w:ascii="NanumSquare Bold" w:eastAsia="NanumSquare Bold" w:hAnsi="NanumSquare Bold"/>
          <w:b/>
          <w:color w:val="1F2D3D"/>
          <w:sz w:val="19"/>
        </w:rPr>
        <w:t xml:space="preserve">1. </w:t>
      </w:r>
      <w:proofErr w:type="spellStart"/>
      <w:r>
        <w:rPr>
          <w:rFonts w:ascii="NanumSquare Bold" w:eastAsia="NanumSquare Bold" w:hAnsi="NanumSquare Bold"/>
          <w:b/>
          <w:color w:val="1F2D3D"/>
          <w:sz w:val="19"/>
        </w:rPr>
        <w:t>투숙자</w:t>
      </w:r>
      <w:proofErr w:type="spellEnd"/>
      <w:r>
        <w:rPr>
          <w:rFonts w:ascii="NanumSquare Bold" w:eastAsia="NanumSquare Bold" w:hAnsi="NanumSquare Bold"/>
          <w:b/>
          <w:color w:val="1F2D3D"/>
          <w:sz w:val="19"/>
        </w:rPr>
        <w:t xml:space="preserve"> </w:t>
      </w:r>
      <w:proofErr w:type="spellStart"/>
      <w:r>
        <w:rPr>
          <w:rFonts w:ascii="NanumSquare Bold" w:eastAsia="NanumSquare Bold" w:hAnsi="NanumSquare Bold"/>
          <w:b/>
          <w:color w:val="1F2D3D"/>
          <w:sz w:val="19"/>
        </w:rPr>
        <w:t>정보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798"/>
        <w:gridCol w:w="1417"/>
        <w:gridCol w:w="3798"/>
      </w:tblGrid>
      <w:tr w:rsidR="00C83269" w14:paraId="79B97FA2" w14:textId="77777777">
        <w:trPr>
          <w:cantSplit/>
          <w:jc w:val="center"/>
        </w:trPr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BF07B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성명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55888" w14:textId="77777777" w:rsidR="00C83269" w:rsidRDefault="00C83269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21593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생년월일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27CC6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 xml:space="preserve">        년      월      일</w:t>
            </w:r>
          </w:p>
        </w:tc>
      </w:tr>
      <w:tr w:rsidR="00C83269" w14:paraId="7D6F5519" w14:textId="77777777">
        <w:trPr>
          <w:cantSplit/>
          <w:jc w:val="center"/>
        </w:trPr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26389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성별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15802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□ 남   □ 여</w:t>
            </w:r>
          </w:p>
        </w:tc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A2B60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연락처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EFC3B" w14:textId="77777777" w:rsidR="00C83269" w:rsidRDefault="00C83269">
            <w:pPr>
              <w:spacing w:after="0" w:line="240" w:lineRule="auto"/>
            </w:pPr>
          </w:p>
        </w:tc>
      </w:tr>
      <w:tr w:rsidR="00C83269" w14:paraId="12DF71A1" w14:textId="77777777">
        <w:trPr>
          <w:cantSplit/>
          <w:jc w:val="center"/>
        </w:trPr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08F0D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숙박기간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CC004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 xml:space="preserve">20    </w:t>
            </w:r>
            <w:proofErr w:type="gramStart"/>
            <w:r>
              <w:rPr>
                <w:color w:val="222222"/>
                <w:sz w:val="17"/>
              </w:rPr>
              <w:t xml:space="preserve">  .</w:t>
            </w:r>
            <w:proofErr w:type="gramEnd"/>
            <w:r>
              <w:rPr>
                <w:color w:val="222222"/>
                <w:sz w:val="17"/>
              </w:rPr>
              <w:t xml:space="preserve">      .      ~  20    </w:t>
            </w:r>
            <w:proofErr w:type="gramStart"/>
            <w:r>
              <w:rPr>
                <w:color w:val="222222"/>
                <w:sz w:val="17"/>
              </w:rPr>
              <w:t xml:space="preserve">  .</w:t>
            </w:r>
            <w:proofErr w:type="gramEnd"/>
            <w:r>
              <w:rPr>
                <w:color w:val="222222"/>
                <w:sz w:val="17"/>
              </w:rPr>
              <w:t xml:space="preserve">      .</w:t>
            </w:r>
          </w:p>
        </w:tc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F0836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동반자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AC048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성명 / 관계:</w:t>
            </w:r>
          </w:p>
        </w:tc>
      </w:tr>
    </w:tbl>
    <w:p w14:paraId="2116EE4E" w14:textId="77777777" w:rsidR="00C83269" w:rsidRDefault="00000000">
      <w:pPr>
        <w:keepLines/>
        <w:pBdr>
          <w:bottom w:val="single" w:sz="10" w:space="1" w:color="B08D57"/>
        </w:pBdr>
        <w:spacing w:before="60" w:after="20" w:line="240" w:lineRule="auto"/>
      </w:pPr>
      <w:r>
        <w:rPr>
          <w:rFonts w:ascii="NanumSquare Bold" w:eastAsia="NanumSquare Bold" w:hAnsi="NanumSquare Bold"/>
          <w:b/>
          <w:color w:val="1F2D3D"/>
          <w:sz w:val="19"/>
        </w:rPr>
        <w:t>2. 법정대리인 정보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798"/>
        <w:gridCol w:w="1417"/>
        <w:gridCol w:w="3798"/>
      </w:tblGrid>
      <w:tr w:rsidR="00C83269" w14:paraId="42BC2305" w14:textId="77777777">
        <w:trPr>
          <w:cantSplit/>
          <w:jc w:val="center"/>
        </w:trPr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0DE63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성명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02A59" w14:textId="77777777" w:rsidR="00C83269" w:rsidRDefault="00C83269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055C85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연락처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B1908" w14:textId="77777777" w:rsidR="00C83269" w:rsidRDefault="00C83269">
            <w:pPr>
              <w:spacing w:after="0" w:line="240" w:lineRule="auto"/>
            </w:pPr>
          </w:p>
        </w:tc>
      </w:tr>
      <w:tr w:rsidR="00C83269" w14:paraId="0BEBE83E" w14:textId="77777777">
        <w:trPr>
          <w:cantSplit/>
          <w:jc w:val="center"/>
        </w:trPr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84BDC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관계</w:t>
            </w:r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A316FB" w14:textId="77777777" w:rsidR="00C83269" w:rsidRDefault="00000000">
            <w:pPr>
              <w:spacing w:after="0" w:line="240" w:lineRule="auto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>□ 부   □ 모   □ 법률상 후견인   □ 기타 법정대리인</w:t>
            </w:r>
          </w:p>
        </w:tc>
        <w:tc>
          <w:tcPr>
            <w:tcW w:w="1417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56FC8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생년월일</w:t>
            </w:r>
            <w:proofErr w:type="spellEnd"/>
          </w:p>
        </w:tc>
        <w:tc>
          <w:tcPr>
            <w:tcW w:w="3798" w:type="dxa"/>
            <w:tcBorders>
              <w:top w:val="single" w:sz="7" w:space="0" w:color="AEB5BD"/>
              <w:left w:val="single" w:sz="7" w:space="0" w:color="AEB5BD"/>
              <w:bottom w:val="single" w:sz="7" w:space="0" w:color="AEB5BD"/>
              <w:right w:val="single" w:sz="7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E01E8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 xml:space="preserve">        년      월      일</w:t>
            </w:r>
          </w:p>
        </w:tc>
      </w:tr>
    </w:tbl>
    <w:p w14:paraId="74394685" w14:textId="77777777" w:rsidR="00C83269" w:rsidRDefault="00000000">
      <w:pPr>
        <w:keepLines/>
        <w:pBdr>
          <w:bottom w:val="single" w:sz="10" w:space="1" w:color="B08D57"/>
        </w:pBdr>
        <w:spacing w:before="60" w:after="20" w:line="240" w:lineRule="auto"/>
      </w:pPr>
      <w:r>
        <w:rPr>
          <w:rFonts w:ascii="NanumSquare Bold" w:eastAsia="NanumSquare Bold" w:hAnsi="NanumSquare Bold"/>
          <w:b/>
          <w:color w:val="1F2D3D"/>
          <w:sz w:val="19"/>
        </w:rPr>
        <w:t>3. 숙박 동의 및 확인사항</w:t>
      </w:r>
    </w:p>
    <w:p w14:paraId="54535EC4" w14:textId="77777777" w:rsidR="00C83269" w:rsidRPr="004F7D9D" w:rsidRDefault="00000000">
      <w:pPr>
        <w:keepLines/>
        <w:spacing w:after="10" w:line="216" w:lineRule="auto"/>
        <w:ind w:left="170" w:hanging="170"/>
        <w:rPr>
          <w:sz w:val="20"/>
          <w:szCs w:val="24"/>
          <w:lang w:eastAsia="ko-KR"/>
        </w:rPr>
      </w:pPr>
      <w:r>
        <w:rPr>
          <w:rFonts w:ascii="NanumSquare Bold" w:eastAsia="NanumSquare Bold" w:hAnsi="NanumSquare Bold"/>
          <w:b/>
          <w:color w:val="1F2D3D"/>
          <w:sz w:val="15"/>
          <w:lang w:eastAsia="ko-KR"/>
        </w:rPr>
        <w:t xml:space="preserve">1. </w:t>
      </w:r>
      <w:r w:rsidRPr="004F7D9D">
        <w:rPr>
          <w:color w:val="222222"/>
          <w:sz w:val="16"/>
          <w:szCs w:val="24"/>
          <w:lang w:eastAsia="ko-KR"/>
        </w:rPr>
        <w:t xml:space="preserve">본인은 위 투숙자의 법정대리인으로서 </w:t>
      </w:r>
      <w:proofErr w:type="spellStart"/>
      <w:r w:rsidRPr="004F7D9D">
        <w:rPr>
          <w:color w:val="222222"/>
          <w:sz w:val="16"/>
          <w:szCs w:val="24"/>
          <w:lang w:eastAsia="ko-KR"/>
        </w:rPr>
        <w:t>라비돌</w:t>
      </w:r>
      <w:proofErr w:type="spellEnd"/>
      <w:r w:rsidRPr="004F7D9D">
        <w:rPr>
          <w:color w:val="222222"/>
          <w:sz w:val="16"/>
          <w:szCs w:val="24"/>
          <w:lang w:eastAsia="ko-KR"/>
        </w:rPr>
        <w:t xml:space="preserve"> 호텔 &amp; 리조트에서 위 기간 동안 숙박하는 것에 동의합니다.</w:t>
      </w:r>
    </w:p>
    <w:p w14:paraId="1D676830" w14:textId="77777777" w:rsidR="00C83269" w:rsidRPr="004F7D9D" w:rsidRDefault="00000000">
      <w:pPr>
        <w:keepLines/>
        <w:spacing w:after="10" w:line="216" w:lineRule="auto"/>
        <w:ind w:left="170" w:hanging="170"/>
        <w:rPr>
          <w:sz w:val="20"/>
          <w:szCs w:val="24"/>
          <w:lang w:eastAsia="ko-KR"/>
        </w:rPr>
      </w:pPr>
      <w:r w:rsidRPr="004F7D9D">
        <w:rPr>
          <w:rFonts w:ascii="NanumSquare Bold" w:eastAsia="NanumSquare Bold" w:hAnsi="NanumSquare Bold"/>
          <w:b/>
          <w:color w:val="1F2D3D"/>
          <w:sz w:val="16"/>
          <w:szCs w:val="24"/>
          <w:lang w:eastAsia="ko-KR"/>
        </w:rPr>
        <w:t xml:space="preserve">2. </w:t>
      </w:r>
      <w:r w:rsidRPr="004F7D9D">
        <w:rPr>
          <w:color w:val="222222"/>
          <w:sz w:val="16"/>
          <w:szCs w:val="24"/>
          <w:lang w:eastAsia="ko-KR"/>
        </w:rPr>
        <w:t>본인은 기재 내용이 사실임을 확인하며, 호텔이 본인·연령·법정대리인 관계 및 숙박 동의 여부를 확인하기 위하여 필요한 범위에서 추가 확인을 요청할 수 있음에 동의합니다.</w:t>
      </w:r>
    </w:p>
    <w:p w14:paraId="2314AAE4" w14:textId="77777777" w:rsidR="00C83269" w:rsidRPr="004F7D9D" w:rsidRDefault="00000000">
      <w:pPr>
        <w:keepLines/>
        <w:spacing w:after="10" w:line="216" w:lineRule="auto"/>
        <w:ind w:left="170" w:hanging="170"/>
        <w:rPr>
          <w:sz w:val="20"/>
          <w:szCs w:val="24"/>
          <w:lang w:eastAsia="ko-KR"/>
        </w:rPr>
      </w:pPr>
      <w:r w:rsidRPr="004F7D9D">
        <w:rPr>
          <w:rFonts w:ascii="NanumSquare Bold" w:eastAsia="NanumSquare Bold" w:hAnsi="NanumSquare Bold"/>
          <w:b/>
          <w:color w:val="1F2D3D"/>
          <w:sz w:val="16"/>
          <w:szCs w:val="24"/>
          <w:lang w:eastAsia="ko-KR"/>
        </w:rPr>
        <w:t xml:space="preserve">3. </w:t>
      </w:r>
      <w:r w:rsidRPr="004F7D9D">
        <w:rPr>
          <w:color w:val="222222"/>
          <w:sz w:val="16"/>
          <w:szCs w:val="24"/>
          <w:lang w:eastAsia="ko-KR"/>
        </w:rPr>
        <w:t>호텔은 청소년 보호 관련 법령에 따라 법령상 금지되는 청소년 남녀 혼숙 등 풍기문란 우려가 있는 숙박을 허용하지 않습니다. 가족관계 등 정당한 사유가 있는 경우에도 호텔의 확인 절차가 필요할 수 있습니다.</w:t>
      </w:r>
    </w:p>
    <w:p w14:paraId="6AECC22B" w14:textId="77777777" w:rsidR="00C83269" w:rsidRPr="004F7D9D" w:rsidRDefault="00000000">
      <w:pPr>
        <w:keepLines/>
        <w:spacing w:after="10" w:line="216" w:lineRule="auto"/>
        <w:ind w:left="170" w:hanging="170"/>
        <w:rPr>
          <w:sz w:val="20"/>
          <w:szCs w:val="24"/>
          <w:lang w:eastAsia="ko-KR"/>
        </w:rPr>
      </w:pPr>
      <w:r w:rsidRPr="004F7D9D">
        <w:rPr>
          <w:rFonts w:ascii="NanumSquare Bold" w:eastAsia="NanumSquare Bold" w:hAnsi="NanumSquare Bold"/>
          <w:b/>
          <w:color w:val="1F2D3D"/>
          <w:sz w:val="16"/>
          <w:szCs w:val="24"/>
          <w:lang w:eastAsia="ko-KR"/>
        </w:rPr>
        <w:t xml:space="preserve">4. </w:t>
      </w:r>
      <w:r w:rsidRPr="004F7D9D">
        <w:rPr>
          <w:color w:val="222222"/>
          <w:sz w:val="16"/>
          <w:szCs w:val="24"/>
          <w:lang w:eastAsia="ko-KR"/>
        </w:rPr>
        <w:t>청소년에게 주류·담배를 판매하거나 제공하는 행위는 법으로 제한됩니다. 호텔은 미성년자의 객실 내 음주·흡연 및 기타 이용규정 위반행위를 허용하지 않으며, 위반 또는 안전상 우려가 있는 경우 이용 제한 또는 퇴실 조치를 할 수 있습니다. 환불 여부는 예약조건 및 관련 법령에 따라 처리됩니다.</w:t>
      </w:r>
    </w:p>
    <w:p w14:paraId="17E1E78E" w14:textId="77777777" w:rsidR="00C83269" w:rsidRDefault="00000000">
      <w:pPr>
        <w:keepLines/>
        <w:spacing w:after="10" w:line="216" w:lineRule="auto"/>
        <w:ind w:left="170" w:hanging="170"/>
        <w:rPr>
          <w:rFonts w:eastAsia="맑은 고딕" w:hint="eastAsia"/>
          <w:color w:val="222222"/>
          <w:sz w:val="16"/>
          <w:szCs w:val="24"/>
          <w:lang w:eastAsia="ko-KR"/>
        </w:rPr>
      </w:pPr>
      <w:r w:rsidRPr="004F7D9D">
        <w:rPr>
          <w:rFonts w:ascii="NanumSquare Bold" w:eastAsia="NanumSquare Bold" w:hAnsi="NanumSquare Bold"/>
          <w:b/>
          <w:color w:val="1F2D3D"/>
          <w:sz w:val="16"/>
          <w:szCs w:val="24"/>
          <w:lang w:eastAsia="ko-KR"/>
        </w:rPr>
        <w:t xml:space="preserve">5. </w:t>
      </w:r>
      <w:r w:rsidRPr="004F7D9D">
        <w:rPr>
          <w:color w:val="222222"/>
          <w:sz w:val="16"/>
          <w:szCs w:val="24"/>
          <w:lang w:eastAsia="ko-KR"/>
        </w:rPr>
        <w:t>투숙자의 고의 또는 과실로 시설·비품 등에 손해가 발생한 경우 관련 법령 및 호텔 이용규정에 따라 배상책임이 발생할 수 있습니다. 본 동의서는 호텔의 법률상 책임을 배제하지 않습니다.</w:t>
      </w:r>
    </w:p>
    <w:p w14:paraId="045970B1" w14:textId="5BF02042" w:rsidR="00030E4F" w:rsidRPr="00033426" w:rsidRDefault="00030E4F" w:rsidP="00030E4F">
      <w:pPr>
        <w:keepLines/>
        <w:spacing w:after="10" w:line="216" w:lineRule="auto"/>
        <w:ind w:left="170" w:hanging="170"/>
        <w:rPr>
          <w:rFonts w:hint="eastAsia"/>
          <w:color w:val="222222"/>
          <w:sz w:val="16"/>
          <w:szCs w:val="24"/>
          <w:lang w:eastAsia="ko-KR"/>
        </w:rPr>
      </w:pPr>
      <w:r>
        <w:rPr>
          <w:rFonts w:ascii="NanumSquare Bold" w:eastAsia="맑은 고딕" w:hAnsi="NanumSquare Bold" w:hint="eastAsia"/>
          <w:b/>
          <w:color w:val="1F2D3D"/>
          <w:sz w:val="16"/>
          <w:szCs w:val="24"/>
          <w:lang w:eastAsia="ko-KR"/>
        </w:rPr>
        <w:t>6</w:t>
      </w:r>
      <w:r w:rsidRPr="004F7D9D">
        <w:rPr>
          <w:rFonts w:ascii="NanumSquare Bold" w:eastAsia="NanumSquare Bold" w:hAnsi="NanumSquare Bold"/>
          <w:b/>
          <w:color w:val="1F2D3D"/>
          <w:sz w:val="16"/>
          <w:szCs w:val="24"/>
          <w:lang w:eastAsia="ko-KR"/>
        </w:rPr>
        <w:t xml:space="preserve">.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숙박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기재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사항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및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동의서에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미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기재된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인원은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숙박이</w:t>
      </w:r>
      <w:r w:rsidRPr="00033426">
        <w:rPr>
          <w:color w:val="222222"/>
          <w:sz w:val="16"/>
          <w:szCs w:val="24"/>
          <w:lang w:eastAsia="ko-KR"/>
        </w:rPr>
        <w:t xml:space="preserve"> </w:t>
      </w:r>
      <w:r w:rsidRPr="00033426">
        <w:rPr>
          <w:rFonts w:ascii="맑은 고딕" w:eastAsia="맑은 고딕" w:hAnsi="맑은 고딕" w:cs="맑은 고딕" w:hint="eastAsia"/>
          <w:color w:val="222222"/>
          <w:sz w:val="16"/>
          <w:szCs w:val="24"/>
          <w:lang w:eastAsia="ko-KR"/>
        </w:rPr>
        <w:t>불가능합니다</w:t>
      </w:r>
      <w:r w:rsidRPr="004F7D9D">
        <w:rPr>
          <w:color w:val="222222"/>
          <w:sz w:val="16"/>
          <w:szCs w:val="24"/>
          <w:lang w:eastAsia="ko-KR"/>
        </w:rPr>
        <w:t>.</w:t>
      </w:r>
    </w:p>
    <w:p w14:paraId="2455CDAC" w14:textId="77777777" w:rsidR="00030E4F" w:rsidRPr="00030E4F" w:rsidRDefault="00030E4F">
      <w:pPr>
        <w:keepLines/>
        <w:spacing w:after="10" w:line="216" w:lineRule="auto"/>
        <w:ind w:left="170" w:hanging="170"/>
        <w:rPr>
          <w:rFonts w:eastAsia="맑은 고딕" w:hint="eastAsia"/>
          <w:sz w:val="20"/>
          <w:szCs w:val="24"/>
          <w:lang w:eastAsia="ko-K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32"/>
      </w:tblGrid>
      <w:tr w:rsidR="00C83269" w:rsidRPr="004F7D9D" w14:paraId="6516A883" w14:textId="77777777">
        <w:trPr>
          <w:cantSplit/>
          <w:jc w:val="center"/>
        </w:trPr>
        <w:tc>
          <w:tcPr>
            <w:tcW w:w="10432" w:type="dxa"/>
            <w:tcBorders>
              <w:top w:val="single" w:sz="6" w:space="0" w:color="C9CED4"/>
              <w:left w:val="single" w:sz="6" w:space="0" w:color="C9CED4"/>
              <w:bottom w:val="single" w:sz="6" w:space="0" w:color="C9CED4"/>
              <w:right w:val="single" w:sz="6" w:space="0" w:color="C9CED4"/>
            </w:tcBorders>
            <w:shd w:val="clear" w:color="auto" w:fill="F7F8F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7CF6D8" w14:textId="77777777" w:rsidR="00C83269" w:rsidRPr="004F7D9D" w:rsidRDefault="00000000">
            <w:pPr>
              <w:spacing w:after="0" w:line="216" w:lineRule="auto"/>
              <w:rPr>
                <w:sz w:val="20"/>
                <w:szCs w:val="24"/>
                <w:lang w:eastAsia="ko-KR"/>
              </w:rPr>
            </w:pPr>
            <w:r w:rsidRPr="004F7D9D">
              <w:rPr>
                <w:rFonts w:ascii="NanumSquare Bold" w:eastAsia="NanumSquare Bold" w:hAnsi="NanumSquare Bold"/>
                <w:b/>
                <w:color w:val="1F2D3D"/>
                <w:sz w:val="16"/>
                <w:szCs w:val="24"/>
                <w:lang w:eastAsia="ko-KR"/>
              </w:rPr>
              <w:t xml:space="preserve">제출·확인 </w:t>
            </w:r>
            <w:proofErr w:type="gramStart"/>
            <w:r w:rsidRPr="004F7D9D">
              <w:rPr>
                <w:rFonts w:ascii="NanumSquare Bold" w:eastAsia="NanumSquare Bold" w:hAnsi="NanumSquare Bold"/>
                <w:b/>
                <w:color w:val="1F2D3D"/>
                <w:sz w:val="16"/>
                <w:szCs w:val="24"/>
                <w:lang w:eastAsia="ko-KR"/>
              </w:rPr>
              <w:t xml:space="preserve">안내  </w:t>
            </w:r>
            <w:r w:rsidRPr="004F7D9D">
              <w:rPr>
                <w:color w:val="222222"/>
                <w:sz w:val="16"/>
                <w:szCs w:val="24"/>
                <w:lang w:eastAsia="ko-KR"/>
              </w:rPr>
              <w:t>체크인</w:t>
            </w:r>
            <w:proofErr w:type="gramEnd"/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 시 </w:t>
            </w:r>
            <w:proofErr w:type="spellStart"/>
            <w:r w:rsidRPr="004F7D9D">
              <w:rPr>
                <w:color w:val="222222"/>
                <w:sz w:val="16"/>
                <w:szCs w:val="24"/>
                <w:lang w:eastAsia="ko-KR"/>
              </w:rPr>
              <w:t>투숙자</w:t>
            </w:r>
            <w:proofErr w:type="spellEnd"/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 본인의 신분증(모바일 신분증 포함) 확인이 필요할 수 있으며, 호텔은 법정대리인에게 전화로 동의 여부를 확인할 수 있습니다. 관계 확인이 필요한 경우 최소한의 증빙서류 제출을 요청할 수 있습니다. 주민등록번호 전체가 노출된 신분증 사본은 제출하지 마시고, 불가피하게 증빙서류를 제출하는 경우 주민등록번호 뒷자리 및 불필요한 제3자 정보는 반드시 가려 주십시오.</w:t>
            </w:r>
          </w:p>
        </w:tc>
      </w:tr>
    </w:tbl>
    <w:p w14:paraId="314BA6F2" w14:textId="77777777" w:rsidR="00C83269" w:rsidRDefault="00000000">
      <w:pPr>
        <w:keepLines/>
        <w:pBdr>
          <w:bottom w:val="single" w:sz="10" w:space="1" w:color="B08D57"/>
        </w:pBdr>
        <w:spacing w:before="60" w:after="20" w:line="240" w:lineRule="auto"/>
        <w:rPr>
          <w:lang w:eastAsia="ko-KR"/>
        </w:rPr>
      </w:pPr>
      <w:r>
        <w:rPr>
          <w:rFonts w:ascii="NanumSquare Bold" w:eastAsia="NanumSquare Bold" w:hAnsi="NanumSquare Bold"/>
          <w:b/>
          <w:color w:val="1F2D3D"/>
          <w:sz w:val="19"/>
          <w:lang w:eastAsia="ko-KR"/>
        </w:rPr>
        <w:t>4. 개인정보 수집·이용 동의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C83269" w14:paraId="624B3CDC" w14:textId="77777777">
        <w:trPr>
          <w:cantSplit/>
          <w:jc w:val="center"/>
        </w:trPr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06755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수집·이용</w:t>
            </w:r>
            <w:proofErr w:type="spellEnd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 xml:space="preserve"> </w:t>
            </w: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목적</w:t>
            </w:r>
            <w:proofErr w:type="spellEnd"/>
          </w:p>
        </w:tc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9046B" w14:textId="77777777" w:rsidR="00C83269" w:rsidRPr="004F7D9D" w:rsidRDefault="00000000">
            <w:pPr>
              <w:spacing w:after="0" w:line="240" w:lineRule="auto"/>
              <w:rPr>
                <w:sz w:val="16"/>
                <w:szCs w:val="24"/>
                <w:lang w:eastAsia="ko-KR"/>
              </w:rPr>
            </w:pPr>
            <w:r w:rsidRPr="004F7D9D">
              <w:rPr>
                <w:color w:val="222222"/>
                <w:sz w:val="16"/>
                <w:szCs w:val="24"/>
                <w:lang w:eastAsia="ko-KR"/>
              </w:rPr>
              <w:t>미성년자 숙박 동의 확인, 본인·연령·법정대리인 관계 확인, 안전관리 및 분쟁 대응</w:t>
            </w:r>
          </w:p>
        </w:tc>
      </w:tr>
      <w:tr w:rsidR="00C83269" w14:paraId="2B8E0734" w14:textId="77777777">
        <w:trPr>
          <w:cantSplit/>
          <w:jc w:val="center"/>
        </w:trPr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AA267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수집</w:t>
            </w:r>
            <w:proofErr w:type="spellEnd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 xml:space="preserve"> </w:t>
            </w: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항목</w:t>
            </w:r>
            <w:proofErr w:type="spellEnd"/>
          </w:p>
        </w:tc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54B7E" w14:textId="77777777" w:rsidR="00C83269" w:rsidRPr="004F7D9D" w:rsidRDefault="00000000">
            <w:pPr>
              <w:spacing w:after="0" w:line="240" w:lineRule="auto"/>
              <w:rPr>
                <w:sz w:val="16"/>
                <w:szCs w:val="24"/>
                <w:lang w:eastAsia="ko-KR"/>
              </w:rPr>
            </w:pPr>
            <w:proofErr w:type="spellStart"/>
            <w:r w:rsidRPr="004F7D9D">
              <w:rPr>
                <w:color w:val="222222"/>
                <w:sz w:val="16"/>
                <w:szCs w:val="24"/>
                <w:lang w:eastAsia="ko-KR"/>
              </w:rPr>
              <w:t>투숙자</w:t>
            </w:r>
            <w:proofErr w:type="spellEnd"/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: 성명, 생년월일, 성별, 연락처, 숙박기간, 동반자 </w:t>
            </w:r>
            <w:proofErr w:type="gramStart"/>
            <w:r w:rsidRPr="004F7D9D">
              <w:rPr>
                <w:color w:val="222222"/>
                <w:sz w:val="16"/>
                <w:szCs w:val="24"/>
                <w:lang w:eastAsia="ko-KR"/>
              </w:rPr>
              <w:t>정보 /</w:t>
            </w:r>
            <w:proofErr w:type="gramEnd"/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 법정대리인: 성명, 생년월일, 관계, 연락처, 서명 / 동의 확인 기록</w:t>
            </w:r>
          </w:p>
        </w:tc>
      </w:tr>
      <w:tr w:rsidR="00C83269" w14:paraId="31396ABC" w14:textId="77777777">
        <w:trPr>
          <w:cantSplit/>
          <w:jc w:val="center"/>
        </w:trPr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714FC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보유·이용</w:t>
            </w:r>
            <w:proofErr w:type="spellEnd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 xml:space="preserve"> </w:t>
            </w: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기간</w:t>
            </w:r>
            <w:proofErr w:type="spellEnd"/>
          </w:p>
        </w:tc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CB8C6" w14:textId="77777777" w:rsidR="00C83269" w:rsidRPr="004F7D9D" w:rsidRDefault="00000000">
            <w:pPr>
              <w:spacing w:after="0" w:line="240" w:lineRule="auto"/>
              <w:rPr>
                <w:sz w:val="16"/>
                <w:szCs w:val="24"/>
                <w:lang w:eastAsia="ko-KR"/>
              </w:rPr>
            </w:pPr>
            <w:r w:rsidRPr="004F7D9D">
              <w:rPr>
                <w:color w:val="222222"/>
                <w:sz w:val="16"/>
                <w:szCs w:val="24"/>
                <w:lang w:eastAsia="ko-KR"/>
              </w:rPr>
              <w:t>퇴실일로부터 1년. 단, 관계 법령에 별도 보존의무가 있거나 분쟁 대응을 위해 필요한 경우 해당 기간 동안 보관 후 파기</w:t>
            </w:r>
          </w:p>
        </w:tc>
      </w:tr>
      <w:tr w:rsidR="00C83269" w14:paraId="1BF027F7" w14:textId="77777777">
        <w:trPr>
          <w:cantSplit/>
          <w:jc w:val="center"/>
        </w:trPr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080DF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동의</w:t>
            </w:r>
            <w:proofErr w:type="spellEnd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 xml:space="preserve"> </w:t>
            </w: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거부</w:t>
            </w:r>
            <w:proofErr w:type="spellEnd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 xml:space="preserve"> </w:t>
            </w: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권리</w:t>
            </w:r>
            <w:proofErr w:type="spellEnd"/>
          </w:p>
        </w:tc>
        <w:tc>
          <w:tcPr>
            <w:tcW w:w="5216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CA4EF" w14:textId="77777777" w:rsidR="00C83269" w:rsidRPr="004F7D9D" w:rsidRDefault="00000000">
            <w:pPr>
              <w:spacing w:after="0" w:line="240" w:lineRule="auto"/>
              <w:rPr>
                <w:sz w:val="16"/>
                <w:szCs w:val="24"/>
                <w:lang w:eastAsia="ko-KR"/>
              </w:rPr>
            </w:pPr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동의를 거부할 수 있습니다. 다만, 숙박 동의 및 법정대리인 확인에 필요한 정보 제공을 거부하는 경우 보호자 </w:t>
            </w:r>
            <w:proofErr w:type="spellStart"/>
            <w:r w:rsidRPr="004F7D9D">
              <w:rPr>
                <w:color w:val="222222"/>
                <w:sz w:val="16"/>
                <w:szCs w:val="24"/>
                <w:lang w:eastAsia="ko-KR"/>
              </w:rPr>
              <w:t>미동반</w:t>
            </w:r>
            <w:proofErr w:type="spellEnd"/>
            <w:r w:rsidRPr="004F7D9D">
              <w:rPr>
                <w:color w:val="222222"/>
                <w:sz w:val="16"/>
                <w:szCs w:val="24"/>
                <w:lang w:eastAsia="ko-KR"/>
              </w:rPr>
              <w:t xml:space="preserve"> 미성년자의 숙박이 제한될 수 있습니다.</w:t>
            </w:r>
          </w:p>
        </w:tc>
      </w:tr>
    </w:tbl>
    <w:p w14:paraId="6739EF9E" w14:textId="77777777" w:rsidR="00C83269" w:rsidRDefault="00000000">
      <w:pPr>
        <w:keepLines/>
        <w:spacing w:before="40" w:after="20" w:line="240" w:lineRule="auto"/>
        <w:jc w:val="center"/>
        <w:rPr>
          <w:lang w:eastAsia="ko-KR"/>
        </w:rPr>
      </w:pPr>
      <w:r>
        <w:rPr>
          <w:rFonts w:ascii="NanumSquare Bold" w:eastAsia="NanumSquare Bold" w:hAnsi="NanumSquare Bold"/>
          <w:b/>
          <w:color w:val="222222"/>
          <w:sz w:val="16"/>
          <w:lang w:eastAsia="ko-KR"/>
        </w:rPr>
        <w:t>위 개인정보 수집·이용에 동의합니다.   □ 동의함   □ 동의하지 않음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798"/>
        <w:gridCol w:w="1417"/>
        <w:gridCol w:w="3798"/>
      </w:tblGrid>
      <w:tr w:rsidR="00C83269" w14:paraId="44981453" w14:textId="77777777">
        <w:trPr>
          <w:cantSplit/>
          <w:jc w:val="center"/>
        </w:trPr>
        <w:tc>
          <w:tcPr>
            <w:tcW w:w="1417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AA65C7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작성일</w:t>
            </w:r>
            <w:proofErr w:type="spellEnd"/>
          </w:p>
        </w:tc>
        <w:tc>
          <w:tcPr>
            <w:tcW w:w="3798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F53EB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>20      년      월      일</w:t>
            </w:r>
          </w:p>
        </w:tc>
        <w:tc>
          <w:tcPr>
            <w:tcW w:w="1417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322EE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법정대리인</w:t>
            </w:r>
          </w:p>
        </w:tc>
        <w:tc>
          <w:tcPr>
            <w:tcW w:w="3798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2FE605" w14:textId="77777777" w:rsidR="00C83269" w:rsidRDefault="00000000">
            <w:pPr>
              <w:spacing w:after="0" w:line="240" w:lineRule="auto"/>
            </w:pPr>
            <w:r>
              <w:rPr>
                <w:color w:val="222222"/>
                <w:sz w:val="17"/>
              </w:rPr>
              <w:t xml:space="preserve">성명:                      </w:t>
            </w:r>
            <w:proofErr w:type="gramStart"/>
            <w:r>
              <w:rPr>
                <w:color w:val="222222"/>
                <w:sz w:val="17"/>
              </w:rPr>
              <w:t xml:space="preserve">   (</w:t>
            </w:r>
            <w:proofErr w:type="gramEnd"/>
            <w:r>
              <w:rPr>
                <w:color w:val="222222"/>
                <w:sz w:val="17"/>
              </w:rPr>
              <w:t>서명)</w:t>
            </w:r>
          </w:p>
        </w:tc>
      </w:tr>
      <w:tr w:rsidR="00C83269" w14:paraId="40789DAD" w14:textId="77777777">
        <w:trPr>
          <w:cantSplit/>
          <w:jc w:val="center"/>
        </w:trPr>
        <w:tc>
          <w:tcPr>
            <w:tcW w:w="1417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508B12" w14:textId="77777777" w:rsidR="00C83269" w:rsidRDefault="00000000">
            <w:pPr>
              <w:spacing w:after="0" w:line="240" w:lineRule="auto"/>
              <w:jc w:val="center"/>
            </w:pPr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투숙자 확인</w:t>
            </w:r>
          </w:p>
        </w:tc>
        <w:tc>
          <w:tcPr>
            <w:tcW w:w="3798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3FFFD" w14:textId="77777777" w:rsidR="00C83269" w:rsidRDefault="00000000">
            <w:pPr>
              <w:spacing w:after="0" w:line="240" w:lineRule="auto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>※ 만 14세 이상 투숙자가 직접 작성한 경우:              (서명)</w:t>
            </w:r>
          </w:p>
        </w:tc>
        <w:tc>
          <w:tcPr>
            <w:tcW w:w="1417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B06D91" w14:textId="77777777" w:rsidR="00C83269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호텔</w:t>
            </w:r>
            <w:proofErr w:type="spellEnd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 xml:space="preserve"> </w:t>
            </w:r>
            <w:proofErr w:type="spellStart"/>
            <w:r>
              <w:rPr>
                <w:rFonts w:ascii="NanumSquare Bold" w:eastAsia="NanumSquare Bold" w:hAnsi="NanumSquare Bold"/>
                <w:b/>
                <w:color w:val="1F2D3D"/>
                <w:sz w:val="17"/>
              </w:rPr>
              <w:t>확인</w:t>
            </w:r>
            <w:proofErr w:type="spellEnd"/>
          </w:p>
        </w:tc>
        <w:tc>
          <w:tcPr>
            <w:tcW w:w="3798" w:type="dxa"/>
            <w:tcBorders>
              <w:top w:val="single" w:sz="6" w:space="0" w:color="AEB5BD"/>
              <w:left w:val="single" w:sz="6" w:space="0" w:color="AEB5BD"/>
              <w:bottom w:val="single" w:sz="6" w:space="0" w:color="AEB5BD"/>
              <w:right w:val="single" w:sz="6" w:space="0" w:color="AEB5B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839A7" w14:textId="77777777" w:rsidR="00C83269" w:rsidRDefault="00000000">
            <w:pPr>
              <w:spacing w:after="0" w:line="240" w:lineRule="auto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>□ 전화확인   □ 증빙확인   담당:</w:t>
            </w:r>
          </w:p>
        </w:tc>
      </w:tr>
    </w:tbl>
    <w:p w14:paraId="6E45BFCD" w14:textId="77777777" w:rsidR="00C83269" w:rsidRPr="004F7D9D" w:rsidRDefault="00000000">
      <w:pPr>
        <w:keepLines/>
        <w:spacing w:before="40" w:after="0" w:line="240" w:lineRule="auto"/>
        <w:jc w:val="center"/>
        <w:rPr>
          <w:sz w:val="20"/>
          <w:szCs w:val="24"/>
        </w:rPr>
      </w:pPr>
      <w:r w:rsidRPr="004F7D9D">
        <w:rPr>
          <w:color w:val="7A8088"/>
          <w:sz w:val="14"/>
          <w:szCs w:val="24"/>
          <w:lang w:eastAsia="ko-KR"/>
        </w:rPr>
        <w:t xml:space="preserve">본 양식은 민법 제4조·제5조, 청소년 보호법 제2조·제29조·제30조, 개인정보 보호법 제15조·제16조·제22조의2·제24조의2 등을 참고하여 2026. </w:t>
      </w:r>
      <w:r w:rsidRPr="004F7D9D">
        <w:rPr>
          <w:color w:val="7A8088"/>
          <w:sz w:val="14"/>
          <w:szCs w:val="24"/>
        </w:rPr>
        <w:t xml:space="preserve">9. 30. </w:t>
      </w:r>
      <w:proofErr w:type="spellStart"/>
      <w:r w:rsidRPr="004F7D9D">
        <w:rPr>
          <w:color w:val="7A8088"/>
          <w:sz w:val="14"/>
          <w:szCs w:val="24"/>
        </w:rPr>
        <w:t>기준으로</w:t>
      </w:r>
      <w:proofErr w:type="spellEnd"/>
      <w:r w:rsidRPr="004F7D9D">
        <w:rPr>
          <w:color w:val="7A8088"/>
          <w:sz w:val="14"/>
          <w:szCs w:val="24"/>
        </w:rPr>
        <w:t xml:space="preserve"> </w:t>
      </w:r>
      <w:proofErr w:type="spellStart"/>
      <w:r w:rsidRPr="004F7D9D">
        <w:rPr>
          <w:color w:val="7A8088"/>
          <w:sz w:val="14"/>
          <w:szCs w:val="24"/>
        </w:rPr>
        <w:t>작성되었습니다</w:t>
      </w:r>
      <w:proofErr w:type="spellEnd"/>
      <w:r w:rsidRPr="004F7D9D">
        <w:rPr>
          <w:color w:val="7A8088"/>
          <w:sz w:val="14"/>
          <w:szCs w:val="24"/>
        </w:rPr>
        <w:t>.</w:t>
      </w:r>
    </w:p>
    <w:sectPr w:rsidR="00C83269" w:rsidRPr="004F7D9D" w:rsidSect="00034616">
      <w:pgSz w:w="11906" w:h="16838"/>
      <w:pgMar w:top="567" w:right="737" w:bottom="51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76CE7" w14:textId="77777777" w:rsidR="007E7639" w:rsidRDefault="007E7639" w:rsidP="00F95118">
      <w:pPr>
        <w:spacing w:after="0" w:line="240" w:lineRule="auto"/>
      </w:pPr>
      <w:r>
        <w:separator/>
      </w:r>
    </w:p>
  </w:endnote>
  <w:endnote w:type="continuationSeparator" w:id="0">
    <w:p w14:paraId="74387E49" w14:textId="77777777" w:rsidR="007E7639" w:rsidRDefault="007E7639" w:rsidP="00F9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numSquar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anumSquare Bold">
    <w:altName w:val="Cambria"/>
    <w:panose1 w:val="00000000000000000000"/>
    <w:charset w:val="00"/>
    <w:family w:val="roman"/>
    <w:notTrueType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F952" w14:textId="77777777" w:rsidR="007E7639" w:rsidRDefault="007E7639" w:rsidP="00F95118">
      <w:pPr>
        <w:spacing w:after="0" w:line="240" w:lineRule="auto"/>
      </w:pPr>
      <w:r>
        <w:separator/>
      </w:r>
    </w:p>
  </w:footnote>
  <w:footnote w:type="continuationSeparator" w:id="0">
    <w:p w14:paraId="3B41358B" w14:textId="77777777" w:rsidR="007E7639" w:rsidRDefault="007E7639" w:rsidP="00F951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0236811">
    <w:abstractNumId w:val="8"/>
  </w:num>
  <w:num w:numId="2" w16cid:durableId="1241912889">
    <w:abstractNumId w:val="6"/>
  </w:num>
  <w:num w:numId="3" w16cid:durableId="1452868324">
    <w:abstractNumId w:val="5"/>
  </w:num>
  <w:num w:numId="4" w16cid:durableId="1603031992">
    <w:abstractNumId w:val="4"/>
  </w:num>
  <w:num w:numId="5" w16cid:durableId="1850830455">
    <w:abstractNumId w:val="7"/>
  </w:num>
  <w:num w:numId="6" w16cid:durableId="467479329">
    <w:abstractNumId w:val="3"/>
  </w:num>
  <w:num w:numId="7" w16cid:durableId="1607692516">
    <w:abstractNumId w:val="2"/>
  </w:num>
  <w:num w:numId="8" w16cid:durableId="196163107">
    <w:abstractNumId w:val="1"/>
  </w:num>
  <w:num w:numId="9" w16cid:durableId="172806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E4F"/>
    <w:rsid w:val="00033426"/>
    <w:rsid w:val="00034616"/>
    <w:rsid w:val="0006063C"/>
    <w:rsid w:val="0015074B"/>
    <w:rsid w:val="001774C1"/>
    <w:rsid w:val="0029639D"/>
    <w:rsid w:val="00326F90"/>
    <w:rsid w:val="00394981"/>
    <w:rsid w:val="004F7D9D"/>
    <w:rsid w:val="007E7639"/>
    <w:rsid w:val="00A97818"/>
    <w:rsid w:val="00AA1D8D"/>
    <w:rsid w:val="00B47730"/>
    <w:rsid w:val="00C83269"/>
    <w:rsid w:val="00CB0664"/>
    <w:rsid w:val="00F95118"/>
    <w:rsid w:val="00FC693F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AF1ECB"/>
  <w14:defaultImageDpi w14:val="300"/>
  <w15:docId w15:val="{E508B1F9-8005-415B-90E3-E0CD8DAA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anumSquare" w:eastAsia="NanumSquare" w:hAnsi="NanumSquare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라비돌 호텔 &amp; 리조트 미성년자 숙박 동의서 (2026)</vt:lpstr>
      <vt:lpstr/>
    </vt:vector>
  </TitlesOfParts>
  <Manager/>
  <Company/>
  <LinksUpToDate>false</LinksUpToDate>
  <CharactersWithSpaces>1925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라비돌 호텔 &amp; 리조트 미성년자 숙박 동의서 (2026)</dc:title>
  <dc:subject>미성년자 숙박 동의 및 개인정보 수집이용 안내</dc:subject>
  <dc:creator>La Vie D’or Hotel &amp; Resort</dc:creator>
  <cp:keywords/>
  <dc:description>generated by python-docx</dc:description>
  <cp:lastModifiedBy>Sun Young Kim</cp:lastModifiedBy>
  <cp:revision>5</cp:revision>
  <cp:lastPrinted>2026-09-30T03:22:00Z</cp:lastPrinted>
  <dcterms:created xsi:type="dcterms:W3CDTF">2013-12-23T23:15:00Z</dcterms:created>
  <dcterms:modified xsi:type="dcterms:W3CDTF">2026-09-30T04:54:00Z</dcterms:modified>
  <cp:category/>
</cp:coreProperties>
</file>